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jpeg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CBA49" w14:textId="77777777" w:rsidR="00923B3B" w:rsidRDefault="005961B4">
      <w:pPr>
        <w:pStyle w:val="Ttulo"/>
      </w:pPr>
      <w:r>
        <w:t>Eder Marcos</w:t>
      </w:r>
    </w:p>
    <w:p w14:paraId="275383B3" w14:textId="77777777" w:rsidR="00923B3B" w:rsidRDefault="005961B4">
      <w:r>
        <w:rPr>
          <w:b/>
        </w:rPr>
        <w:t>Actor de Cine, Televisión y Teatro</w:t>
      </w:r>
      <w:r>
        <w:rPr>
          <w:b/>
        </w:rPr>
        <w:br/>
      </w:r>
      <w:r>
        <w:t>Email: ladivinaactors@gmail.com | Tel: +34 647 123 456</w:t>
      </w:r>
      <w:r>
        <w:br/>
        <w:t>Representado por Lis Vida – La Divina Actors</w:t>
      </w:r>
      <w:r>
        <w:br/>
      </w:r>
    </w:p>
    <w:p w14:paraId="49F02333" w14:textId="77777777" w:rsidR="00923B3B" w:rsidRDefault="005961B4">
      <w:r>
        <w:rPr>
          <w:noProof/>
        </w:rPr>
        <w:drawing>
          <wp:inline distT="0" distB="0" distL="0" distR="0" wp14:anchorId="51A4B0CD" wp14:editId="361F9C8A">
            <wp:extent cx="1463040" cy="219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2A9443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25B5" w14:textId="77777777" w:rsidR="00923B3B" w:rsidRDefault="005961B4">
      <w:pPr>
        <w:pStyle w:val="Ttulo1"/>
      </w:pPr>
      <w:r>
        <w:t>Perfil</w:t>
      </w:r>
    </w:p>
    <w:p w14:paraId="6E4A63D9" w14:textId="77777777" w:rsidR="00923B3B" w:rsidRDefault="005961B4">
      <w:r>
        <w:t>Actor profesional con formación en cine y teatro, reconocido por su capacidad para unir verdad emocional y precisión técnica. Versátil, capaz de transitar entre drama intenso y comedia ligera, aportando siempre matices que enriquecen la narrativa.</w:t>
      </w:r>
    </w:p>
    <w:p w14:paraId="36E56688" w14:textId="77777777" w:rsidR="00923B3B" w:rsidRDefault="005961B4">
      <w:pPr>
        <w:pStyle w:val="Ttulo1"/>
      </w:pPr>
      <w:r>
        <w:t>Trayectoria Destacada</w:t>
      </w:r>
    </w:p>
    <w:p w14:paraId="199B3C10" w14:textId="77777777" w:rsidR="00923B3B" w:rsidRDefault="005961B4">
      <w:r>
        <w:t>• INNATO (2025) – Actor de reparto</w:t>
      </w:r>
      <w:r>
        <w:br/>
        <w:t xml:space="preserve">  Dirección: Lino Escalera e Inma Torrente | Producción: Plano a Plano Bilbao</w:t>
      </w:r>
    </w:p>
    <w:p w14:paraId="735BDE51" w14:textId="77777777" w:rsidR="00923B3B" w:rsidRDefault="005961B4">
      <w:r>
        <w:t>• Patrimonio (2024) – Actor de reparto</w:t>
      </w:r>
      <w:r>
        <w:br/>
        <w:t xml:space="preserve">  Dirección: Aitor Abio | Selección Oficial en Festival de San Sebastián, Zinemaldia, Zinebi, entre otros.</w:t>
      </w:r>
    </w:p>
    <w:p w14:paraId="266CC595" w14:textId="77777777" w:rsidR="00923B3B" w:rsidRDefault="005961B4">
      <w:r>
        <w:t>• Bill &amp; Jack (2023) – Actor protagonista</w:t>
      </w:r>
      <w:r>
        <w:br/>
        <w:t xml:space="preserve">  Dirección: Miguel Lanchares | Producción: ECPV</w:t>
      </w:r>
    </w:p>
    <w:p w14:paraId="35E4BE38" w14:textId="77777777" w:rsidR="00923B3B" w:rsidRDefault="005961B4">
      <w:r>
        <w:t>• Noche de Reyes (2021) – Actor de reparto</w:t>
      </w:r>
      <w:r>
        <w:br/>
        <w:t xml:space="preserve">  Dirección: Susana Santolaria</w:t>
      </w:r>
    </w:p>
    <w:p w14:paraId="23624310" w14:textId="77777777" w:rsidR="00923B3B" w:rsidRDefault="005961B4">
      <w:pPr>
        <w:pStyle w:val="Ttulo1"/>
      </w:pPr>
      <w:r>
        <w:t>Formación</w:t>
      </w:r>
    </w:p>
    <w:p w14:paraId="0BB372B1" w14:textId="77777777" w:rsidR="00923B3B" w:rsidRDefault="005961B4">
      <w:r>
        <w:t>• Diplomado en interpretación para Cine y Teatro – Escuela de Cine del País Vasco (2020-2023)</w:t>
      </w:r>
    </w:p>
    <w:p w14:paraId="7E43946A" w14:textId="77777777" w:rsidR="00923B3B" w:rsidRDefault="005961B4">
      <w:r>
        <w:t>• Entrenamiento ante la cámara – Carmen Utrilla, Central de Cine (2025)</w:t>
      </w:r>
    </w:p>
    <w:p w14:paraId="01A1957B" w14:textId="77777777" w:rsidR="00923B3B" w:rsidRDefault="005961B4">
      <w:r>
        <w:t>• Masterclass en dirección e interpretación cinematográfica – Irati Gorostidi (2022)</w:t>
      </w:r>
    </w:p>
    <w:p w14:paraId="2EF0439C" w14:textId="77777777" w:rsidR="00923B3B" w:rsidRDefault="005961B4">
      <w:pPr>
        <w:pStyle w:val="Ttulo1"/>
      </w:pPr>
      <w:r>
        <w:t>Habilidades e Idiomas</w:t>
      </w:r>
    </w:p>
    <w:p w14:paraId="525E8CCA" w14:textId="77777777" w:rsidR="00923B3B" w:rsidRDefault="005961B4">
      <w:r>
        <w:t>• Guitarrista (española, eléctrica y acústica), 15 años de experiencia</w:t>
      </w:r>
      <w:r>
        <w:br/>
        <w:t>• Artes marciales (Shensido/Yawara), coreografías de combate</w:t>
      </w:r>
      <w:r>
        <w:br/>
        <w:t>• Permiso de conducir B</w:t>
      </w:r>
    </w:p>
    <w:p w14:paraId="104C13EA" w14:textId="77777777" w:rsidR="00923B3B" w:rsidRDefault="005961B4">
      <w:r>
        <w:t>Idiomas: Español (Nativo), Euskera (Intermedio), Inglés (Básico)</w:t>
      </w:r>
    </w:p>
    <w:sectPr w:rsidR="00923B3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360581">
    <w:abstractNumId w:val="8"/>
  </w:num>
  <w:num w:numId="2" w16cid:durableId="1983852824">
    <w:abstractNumId w:val="6"/>
  </w:num>
  <w:num w:numId="3" w16cid:durableId="1910922870">
    <w:abstractNumId w:val="5"/>
  </w:num>
  <w:num w:numId="4" w16cid:durableId="954285384">
    <w:abstractNumId w:val="4"/>
  </w:num>
  <w:num w:numId="5" w16cid:durableId="1549686272">
    <w:abstractNumId w:val="7"/>
  </w:num>
  <w:num w:numId="6" w16cid:durableId="1815640023">
    <w:abstractNumId w:val="3"/>
  </w:num>
  <w:num w:numId="7" w16cid:durableId="617226731">
    <w:abstractNumId w:val="2"/>
  </w:num>
  <w:num w:numId="8" w16cid:durableId="654263329">
    <w:abstractNumId w:val="1"/>
  </w:num>
  <w:num w:numId="9" w16cid:durableId="1518076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A5B25"/>
    <w:rsid w:val="005961B4"/>
    <w:rsid w:val="00923B3B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653507"/>
  <w14:defaultImageDpi w14:val="300"/>
  <w15:docId w15:val="{CD66AF6B-0C09-0C42-8DF1-5DB9F191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g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marcoseder20@gmail.com</cp:lastModifiedBy>
  <cp:revision>2</cp:revision>
  <dcterms:created xsi:type="dcterms:W3CDTF">2025-09-22T09:14:00Z</dcterms:created>
  <dcterms:modified xsi:type="dcterms:W3CDTF">2025-09-22T09:14:00Z</dcterms:modified>
  <cp:category/>
</cp:coreProperties>
</file>